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A483B" w14:textId="77777777" w:rsidR="00CF4586" w:rsidRDefault="00CF4586" w:rsidP="00CC520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27C4D60" w14:textId="739774D7" w:rsidR="00CC0700" w:rsidRPr="004B7BDC" w:rsidRDefault="00CC5206" w:rsidP="00CC5206">
      <w:pPr>
        <w:rPr>
          <w:rFonts w:ascii="Times New Roman" w:hAnsi="Times New Roman" w:cs="Times New Roman"/>
          <w:sz w:val="24"/>
          <w:szCs w:val="24"/>
        </w:rPr>
      </w:pPr>
      <w:r w:rsidRPr="004B7BDC">
        <w:rPr>
          <w:rFonts w:ascii="Times New Roman" w:hAnsi="Times New Roman" w:cs="Times New Roman"/>
          <w:sz w:val="24"/>
          <w:szCs w:val="24"/>
        </w:rPr>
        <w:t>ДО ДИРЕКТОРА НА</w:t>
      </w:r>
    </w:p>
    <w:p w14:paraId="05B13C3D" w14:textId="77777777" w:rsidR="00CC0700" w:rsidRPr="004B7BDC" w:rsidRDefault="00CC5206" w:rsidP="00CC5206">
      <w:pPr>
        <w:rPr>
          <w:rFonts w:ascii="Times New Roman" w:hAnsi="Times New Roman" w:cs="Times New Roman"/>
          <w:sz w:val="24"/>
          <w:szCs w:val="24"/>
        </w:rPr>
      </w:pPr>
      <w:r w:rsidRPr="004B7BDC">
        <w:rPr>
          <w:rFonts w:ascii="Times New Roman" w:hAnsi="Times New Roman" w:cs="Times New Roman"/>
          <w:sz w:val="24"/>
          <w:szCs w:val="24"/>
        </w:rPr>
        <w:t xml:space="preserve">ППМГ „АКАД. НИКОЛА </w:t>
      </w:r>
      <w:proofErr w:type="gramStart"/>
      <w:r w:rsidRPr="004B7BDC">
        <w:rPr>
          <w:rFonts w:ascii="Times New Roman" w:hAnsi="Times New Roman" w:cs="Times New Roman"/>
          <w:sz w:val="24"/>
          <w:szCs w:val="24"/>
        </w:rPr>
        <w:t>ОБРЕШКОВ“ –</w:t>
      </w:r>
      <w:proofErr w:type="gramEnd"/>
      <w:r w:rsidRPr="004B7BDC">
        <w:rPr>
          <w:rFonts w:ascii="Times New Roman" w:hAnsi="Times New Roman" w:cs="Times New Roman"/>
          <w:sz w:val="24"/>
          <w:szCs w:val="24"/>
        </w:rPr>
        <w:t xml:space="preserve"> БУРГАС</w:t>
      </w:r>
    </w:p>
    <w:p w14:paraId="1155A6BB" w14:textId="77777777" w:rsidR="004B7BDC" w:rsidRPr="004B7BDC" w:rsidRDefault="004B7BDC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</w:p>
    <w:p w14:paraId="39B1B035" w14:textId="4A71FC6B" w:rsidR="004B7BDC" w:rsidRDefault="004B7BDC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</w:p>
    <w:p w14:paraId="7B6093E6" w14:textId="1DEA1EF0" w:rsidR="00CC0700" w:rsidRPr="004B7BDC" w:rsidRDefault="00CC5206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4B7BDC">
        <w:rPr>
          <w:rFonts w:ascii="Times New Roman" w:hAnsi="Times New Roman" w:cs="Times New Roman"/>
          <w:sz w:val="24"/>
          <w:szCs w:val="24"/>
        </w:rPr>
        <w:t>ЗАЯВЛЕНИЕ ЗА УЧАСТИЕ В РЕГИОНАЛНА ШКОЛА</w:t>
      </w:r>
    </w:p>
    <w:p w14:paraId="4316D10C" w14:textId="77777777" w:rsidR="00CC0700" w:rsidRPr="004B7BDC" w:rsidRDefault="00CC5206">
      <w:pPr>
        <w:spacing w:after="280"/>
        <w:jc w:val="center"/>
        <w:rPr>
          <w:rFonts w:ascii="Times New Roman" w:hAnsi="Times New Roman" w:cs="Times New Roman"/>
          <w:sz w:val="24"/>
          <w:szCs w:val="24"/>
        </w:rPr>
      </w:pPr>
      <w:r w:rsidRPr="004B7BDC">
        <w:rPr>
          <w:rFonts w:ascii="Times New Roman" w:hAnsi="Times New Roman" w:cs="Times New Roman"/>
          <w:sz w:val="24"/>
          <w:szCs w:val="24"/>
        </w:rPr>
        <w:t xml:space="preserve">по Национална програма „Бъдеще за </w:t>
      </w:r>
      <w:proofErr w:type="gramStart"/>
      <w:r w:rsidRPr="004B7BDC">
        <w:rPr>
          <w:rFonts w:ascii="Times New Roman" w:hAnsi="Times New Roman" w:cs="Times New Roman"/>
          <w:sz w:val="24"/>
          <w:szCs w:val="24"/>
        </w:rPr>
        <w:t>таланти“ през</w:t>
      </w:r>
      <w:proofErr w:type="gramEnd"/>
      <w:r w:rsidRPr="004B7BDC">
        <w:rPr>
          <w:rFonts w:ascii="Times New Roman" w:hAnsi="Times New Roman" w:cs="Times New Roman"/>
          <w:sz w:val="24"/>
          <w:szCs w:val="24"/>
        </w:rPr>
        <w:t xml:space="preserve"> 2026 г.</w:t>
      </w:r>
    </w:p>
    <w:p w14:paraId="5D5E81D0" w14:textId="77777777" w:rsidR="00CC0700" w:rsidRPr="004B7BDC" w:rsidRDefault="00CC5206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4B7BDC">
        <w:rPr>
          <w:rFonts w:ascii="Times New Roman" w:hAnsi="Times New Roman" w:cs="Times New Roman"/>
          <w:sz w:val="24"/>
          <w:szCs w:val="24"/>
        </w:rPr>
        <w:t>От ..............................................................................................................................</w:t>
      </w:r>
    </w:p>
    <w:p w14:paraId="0DA6FB35" w14:textId="77777777" w:rsidR="00CC0700" w:rsidRPr="004B7BDC" w:rsidRDefault="00CC5206">
      <w:pPr>
        <w:spacing w:after="140"/>
        <w:rPr>
          <w:rFonts w:ascii="Times New Roman" w:hAnsi="Times New Roman" w:cs="Times New Roman"/>
          <w:sz w:val="24"/>
          <w:szCs w:val="24"/>
        </w:rPr>
      </w:pPr>
      <w:r w:rsidRPr="004B7BDC">
        <w:rPr>
          <w:rFonts w:ascii="Times New Roman" w:hAnsi="Times New Roman" w:cs="Times New Roman"/>
          <w:sz w:val="24"/>
          <w:szCs w:val="24"/>
        </w:rPr>
        <w:t xml:space="preserve">                         (трите имена на родителя/настойника)</w:t>
      </w:r>
    </w:p>
    <w:p w14:paraId="59FFD048" w14:textId="77777777" w:rsidR="00CC0700" w:rsidRPr="004B7BDC" w:rsidRDefault="00CC5206">
      <w:pPr>
        <w:spacing w:after="200"/>
        <w:rPr>
          <w:rFonts w:ascii="Times New Roman" w:hAnsi="Times New Roman" w:cs="Times New Roman"/>
          <w:sz w:val="24"/>
          <w:szCs w:val="24"/>
        </w:rPr>
      </w:pPr>
      <w:r w:rsidRPr="004B7BDC">
        <w:rPr>
          <w:rFonts w:ascii="Times New Roman" w:hAnsi="Times New Roman" w:cs="Times New Roman"/>
          <w:sz w:val="24"/>
          <w:szCs w:val="24"/>
        </w:rPr>
        <w:t>Телефон за връзка: ....................................    Електронна поща: ........................................</w:t>
      </w:r>
    </w:p>
    <w:p w14:paraId="45E6448E" w14:textId="77777777" w:rsidR="00CC0700" w:rsidRPr="004B7BDC" w:rsidRDefault="00CC5206">
      <w:pPr>
        <w:spacing w:after="160"/>
        <w:rPr>
          <w:rFonts w:ascii="Times New Roman" w:hAnsi="Times New Roman" w:cs="Times New Roman"/>
          <w:sz w:val="24"/>
          <w:szCs w:val="24"/>
        </w:rPr>
      </w:pPr>
      <w:r w:rsidRPr="004B7BDC">
        <w:rPr>
          <w:rFonts w:ascii="Times New Roman" w:hAnsi="Times New Roman" w:cs="Times New Roman"/>
          <w:b/>
          <w:sz w:val="24"/>
          <w:szCs w:val="24"/>
        </w:rPr>
        <w:t>Уважаема госпожо Директор,</w:t>
      </w:r>
    </w:p>
    <w:p w14:paraId="2DE0D2BB" w14:textId="474542F0" w:rsidR="00CC0700" w:rsidRPr="004B7BDC" w:rsidRDefault="00294582">
      <w:pPr>
        <w:spacing w:after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Заявявам желание </w:t>
      </w:r>
      <w:r w:rsidR="00CC5206" w:rsidRPr="004B7BDC">
        <w:rPr>
          <w:rFonts w:ascii="Times New Roman" w:hAnsi="Times New Roman" w:cs="Times New Roman"/>
          <w:sz w:val="24"/>
          <w:szCs w:val="24"/>
        </w:rPr>
        <w:t xml:space="preserve"> детето ми ..........................................................................................................</w:t>
      </w:r>
    </w:p>
    <w:p w14:paraId="25010CED" w14:textId="0E77CDE7" w:rsidR="00CC0700" w:rsidRPr="004B7BDC" w:rsidRDefault="00CC5206" w:rsidP="00294582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4B7BD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трите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имена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>)</w:t>
      </w:r>
    </w:p>
    <w:p w14:paraId="3459B465" w14:textId="77777777" w:rsidR="00CC0700" w:rsidRPr="004B7BDC" w:rsidRDefault="00CC5206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4B7BDC">
        <w:rPr>
          <w:rFonts w:ascii="Times New Roman" w:hAnsi="Times New Roman" w:cs="Times New Roman"/>
          <w:sz w:val="24"/>
          <w:szCs w:val="24"/>
        </w:rPr>
        <w:t>ученик/ученичка в .......... клас на ...................................................................................</w:t>
      </w:r>
    </w:p>
    <w:p w14:paraId="706A476D" w14:textId="2522C47A" w:rsidR="00CC0700" w:rsidRPr="004B7BDC" w:rsidRDefault="00CC5206" w:rsidP="00294582">
      <w:pPr>
        <w:spacing w:after="140"/>
        <w:jc w:val="center"/>
        <w:rPr>
          <w:rFonts w:ascii="Times New Roman" w:hAnsi="Times New Roman" w:cs="Times New Roman"/>
          <w:sz w:val="24"/>
          <w:szCs w:val="24"/>
        </w:rPr>
      </w:pPr>
      <w:r w:rsidRPr="004B7BD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училище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населено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място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>)</w:t>
      </w:r>
    </w:p>
    <w:p w14:paraId="04B16B95" w14:textId="738F3E76" w:rsidR="00234A7D" w:rsidRPr="008F697E" w:rsidRDefault="00234A7D" w:rsidP="00234A7D">
      <w:pPr>
        <w:spacing w:after="140"/>
        <w:rPr>
          <w:rFonts w:ascii="Times New Roman" w:hAnsi="Times New Roman" w:cs="Times New Roman"/>
          <w:lang w:val="bg-BG"/>
        </w:rPr>
      </w:pPr>
      <w:proofErr w:type="spellStart"/>
      <w:r w:rsidRPr="00161991">
        <w:rPr>
          <w:rFonts w:ascii="Times New Roman" w:hAnsi="Times New Roman" w:cs="Times New Roman"/>
        </w:rPr>
        <w:t>да</w:t>
      </w:r>
      <w:proofErr w:type="spellEnd"/>
      <w:r w:rsidRPr="00161991">
        <w:rPr>
          <w:rFonts w:ascii="Times New Roman" w:hAnsi="Times New Roman" w:cs="Times New Roman"/>
        </w:rPr>
        <w:t xml:space="preserve"> </w:t>
      </w:r>
      <w:proofErr w:type="spellStart"/>
      <w:r w:rsidRPr="00161991">
        <w:rPr>
          <w:rFonts w:ascii="Times New Roman" w:hAnsi="Times New Roman" w:cs="Times New Roman"/>
        </w:rPr>
        <w:t>участва</w:t>
      </w:r>
      <w:proofErr w:type="spellEnd"/>
      <w:r w:rsidRPr="00161991">
        <w:rPr>
          <w:rFonts w:ascii="Times New Roman" w:hAnsi="Times New Roman" w:cs="Times New Roman"/>
        </w:rPr>
        <w:t xml:space="preserve"> в </w:t>
      </w:r>
      <w:proofErr w:type="spellStart"/>
      <w:r w:rsidRPr="00161991">
        <w:rPr>
          <w:rFonts w:ascii="Times New Roman" w:hAnsi="Times New Roman" w:cs="Times New Roman"/>
        </w:rPr>
        <w:t>подбора</w:t>
      </w:r>
      <w:proofErr w:type="spellEnd"/>
      <w:r w:rsidRPr="00161991">
        <w:rPr>
          <w:rFonts w:ascii="Times New Roman" w:hAnsi="Times New Roman" w:cs="Times New Roman"/>
        </w:rPr>
        <w:t xml:space="preserve"> </w:t>
      </w:r>
      <w:proofErr w:type="spellStart"/>
      <w:r w:rsidRPr="00161991">
        <w:rPr>
          <w:rFonts w:ascii="Times New Roman" w:hAnsi="Times New Roman" w:cs="Times New Roman"/>
        </w:rPr>
        <w:t>за</w:t>
      </w:r>
      <w:proofErr w:type="spellEnd"/>
      <w:r w:rsidRPr="00161991">
        <w:rPr>
          <w:rFonts w:ascii="Times New Roman" w:hAnsi="Times New Roman" w:cs="Times New Roman"/>
        </w:rPr>
        <w:t xml:space="preserve"> </w:t>
      </w:r>
      <w:proofErr w:type="spellStart"/>
      <w:r w:rsidRPr="00161991">
        <w:rPr>
          <w:rFonts w:ascii="Times New Roman" w:hAnsi="Times New Roman" w:cs="Times New Roman"/>
        </w:rPr>
        <w:t>регионална</w:t>
      </w:r>
      <w:proofErr w:type="spellEnd"/>
      <w:r w:rsidRPr="00161991">
        <w:rPr>
          <w:rFonts w:ascii="Times New Roman" w:hAnsi="Times New Roman" w:cs="Times New Roman"/>
        </w:rPr>
        <w:t xml:space="preserve"> </w:t>
      </w:r>
      <w:proofErr w:type="spellStart"/>
      <w:r w:rsidRPr="00161991">
        <w:rPr>
          <w:rFonts w:ascii="Times New Roman" w:hAnsi="Times New Roman" w:cs="Times New Roman"/>
        </w:rPr>
        <w:t>школа</w:t>
      </w:r>
      <w:proofErr w:type="spellEnd"/>
      <w:r w:rsidRPr="00161991">
        <w:rPr>
          <w:rFonts w:ascii="Times New Roman" w:hAnsi="Times New Roman" w:cs="Times New Roman"/>
        </w:rPr>
        <w:t xml:space="preserve"> </w:t>
      </w:r>
      <w:proofErr w:type="spellStart"/>
      <w:r w:rsidRPr="00161991">
        <w:rPr>
          <w:rFonts w:ascii="Times New Roman" w:hAnsi="Times New Roman" w:cs="Times New Roman"/>
        </w:rPr>
        <w:t>по</w:t>
      </w:r>
      <w:proofErr w:type="spellEnd"/>
      <w:r w:rsidRPr="00161991">
        <w:rPr>
          <w:rFonts w:ascii="Times New Roman" w:hAnsi="Times New Roman" w:cs="Times New Roman"/>
        </w:rPr>
        <w:t xml:space="preserve"> </w:t>
      </w:r>
      <w:proofErr w:type="spellStart"/>
      <w:r w:rsidRPr="00161991">
        <w:rPr>
          <w:rFonts w:ascii="Times New Roman" w:hAnsi="Times New Roman" w:cs="Times New Roman"/>
        </w:rPr>
        <w:t>Модул</w:t>
      </w:r>
      <w:proofErr w:type="spellEnd"/>
      <w:r w:rsidRPr="00161991">
        <w:rPr>
          <w:rFonts w:ascii="Times New Roman" w:hAnsi="Times New Roman" w:cs="Times New Roman"/>
        </w:rPr>
        <w:t xml:space="preserve"> 2 </w:t>
      </w:r>
      <w:proofErr w:type="spellStart"/>
      <w:r w:rsidRPr="00161991">
        <w:rPr>
          <w:rFonts w:ascii="Times New Roman" w:hAnsi="Times New Roman" w:cs="Times New Roman"/>
        </w:rPr>
        <w:t>на</w:t>
      </w:r>
      <w:proofErr w:type="spellEnd"/>
      <w:r w:rsidRPr="00161991">
        <w:rPr>
          <w:rFonts w:ascii="Times New Roman" w:hAnsi="Times New Roman" w:cs="Times New Roman"/>
        </w:rPr>
        <w:t xml:space="preserve"> </w:t>
      </w:r>
      <w:proofErr w:type="spellStart"/>
      <w:r w:rsidRPr="00161991">
        <w:rPr>
          <w:rFonts w:ascii="Times New Roman" w:hAnsi="Times New Roman" w:cs="Times New Roman"/>
        </w:rPr>
        <w:t>Национална</w:t>
      </w:r>
      <w:proofErr w:type="spellEnd"/>
      <w:r w:rsidRPr="00161991">
        <w:rPr>
          <w:rFonts w:ascii="Times New Roman" w:hAnsi="Times New Roman" w:cs="Times New Roman"/>
        </w:rPr>
        <w:t xml:space="preserve"> </w:t>
      </w:r>
      <w:proofErr w:type="spellStart"/>
      <w:r w:rsidRPr="00161991">
        <w:rPr>
          <w:rFonts w:ascii="Times New Roman" w:hAnsi="Times New Roman" w:cs="Times New Roman"/>
        </w:rPr>
        <w:t>програма</w:t>
      </w:r>
      <w:proofErr w:type="spellEnd"/>
      <w:r w:rsidRPr="00161991">
        <w:rPr>
          <w:rFonts w:ascii="Times New Roman" w:hAnsi="Times New Roman" w:cs="Times New Roman"/>
        </w:rPr>
        <w:t xml:space="preserve"> „</w:t>
      </w:r>
      <w:proofErr w:type="spellStart"/>
      <w:r w:rsidRPr="00161991">
        <w:rPr>
          <w:rFonts w:ascii="Times New Roman" w:hAnsi="Times New Roman" w:cs="Times New Roman"/>
        </w:rPr>
        <w:t>Бъдеще</w:t>
      </w:r>
      <w:proofErr w:type="spellEnd"/>
      <w:r w:rsidRPr="00161991">
        <w:rPr>
          <w:rFonts w:ascii="Times New Roman" w:hAnsi="Times New Roman" w:cs="Times New Roman"/>
        </w:rPr>
        <w:t xml:space="preserve"> </w:t>
      </w:r>
      <w:proofErr w:type="spellStart"/>
      <w:r w:rsidRPr="00161991">
        <w:rPr>
          <w:rFonts w:ascii="Times New Roman" w:hAnsi="Times New Roman" w:cs="Times New Roman"/>
        </w:rPr>
        <w:t>за</w:t>
      </w:r>
      <w:proofErr w:type="spellEnd"/>
      <w:r w:rsidRPr="0016199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61991">
        <w:rPr>
          <w:rFonts w:ascii="Times New Roman" w:hAnsi="Times New Roman" w:cs="Times New Roman"/>
        </w:rPr>
        <w:t>таланти</w:t>
      </w:r>
      <w:proofErr w:type="spellEnd"/>
      <w:r w:rsidRPr="00161991">
        <w:rPr>
          <w:rFonts w:ascii="Times New Roman" w:hAnsi="Times New Roman" w:cs="Times New Roman"/>
        </w:rPr>
        <w:t xml:space="preserve">“ </w:t>
      </w:r>
      <w:proofErr w:type="spellStart"/>
      <w:r w:rsidRPr="00161991">
        <w:rPr>
          <w:rFonts w:ascii="Times New Roman" w:hAnsi="Times New Roman" w:cs="Times New Roman"/>
        </w:rPr>
        <w:t>през</w:t>
      </w:r>
      <w:proofErr w:type="spellEnd"/>
      <w:proofErr w:type="gramEnd"/>
      <w:r w:rsidRPr="00161991">
        <w:rPr>
          <w:rFonts w:ascii="Times New Roman" w:hAnsi="Times New Roman" w:cs="Times New Roman"/>
        </w:rPr>
        <w:t xml:space="preserve"> 2026</w:t>
      </w:r>
      <w:r>
        <w:rPr>
          <w:rFonts w:ascii="Times New Roman" w:hAnsi="Times New Roman" w:cs="Times New Roman"/>
        </w:rPr>
        <w:t>/2027</w:t>
      </w:r>
      <w:r>
        <w:rPr>
          <w:rFonts w:ascii="Times New Roman" w:hAnsi="Times New Roman" w:cs="Times New Roman"/>
          <w:lang w:val="bg-BG"/>
        </w:rPr>
        <w:t xml:space="preserve"> учебна година</w:t>
      </w:r>
      <w:r w:rsidR="008F697E">
        <w:rPr>
          <w:rFonts w:ascii="Times New Roman" w:hAnsi="Times New Roman" w:cs="Times New Roman"/>
          <w:lang w:val="bg-BG"/>
        </w:rPr>
        <w:t xml:space="preserve"> по:</w:t>
      </w:r>
    </w:p>
    <w:p w14:paraId="2578E748" w14:textId="77777777" w:rsidR="00234A7D" w:rsidRPr="00161991" w:rsidRDefault="00234A7D" w:rsidP="00234A7D">
      <w:pPr>
        <w:spacing w:after="80"/>
        <w:ind w:left="198"/>
        <w:rPr>
          <w:rFonts w:ascii="Times New Roman" w:hAnsi="Times New Roman" w:cs="Times New Roman"/>
        </w:rPr>
      </w:pPr>
      <w:r w:rsidRPr="00161991">
        <w:rPr>
          <w:rFonts w:ascii="Segoe UI Symbol" w:hAnsi="Segoe UI Symbol" w:cs="Segoe UI Symbol"/>
        </w:rPr>
        <w:t>☐</w:t>
      </w:r>
      <w:r w:rsidRPr="00161991">
        <w:rPr>
          <w:rFonts w:ascii="Times New Roman" w:hAnsi="Times New Roman" w:cs="Times New Roman"/>
        </w:rPr>
        <w:t xml:space="preserve"> </w:t>
      </w:r>
      <w:proofErr w:type="spellStart"/>
      <w:r w:rsidRPr="00161991">
        <w:rPr>
          <w:rFonts w:ascii="Times New Roman" w:hAnsi="Times New Roman" w:cs="Times New Roman"/>
        </w:rPr>
        <w:t>Математика</w:t>
      </w:r>
      <w:proofErr w:type="spellEnd"/>
      <w:r w:rsidRPr="00161991">
        <w:rPr>
          <w:rFonts w:ascii="Times New Roman" w:hAnsi="Times New Roman" w:cs="Times New Roman"/>
        </w:rPr>
        <w:t xml:space="preserve">, V </w:t>
      </w:r>
      <w:proofErr w:type="spellStart"/>
      <w:r w:rsidRPr="00161991">
        <w:rPr>
          <w:rFonts w:ascii="Times New Roman" w:hAnsi="Times New Roman" w:cs="Times New Roman"/>
        </w:rPr>
        <w:t>клас</w:t>
      </w:r>
      <w:proofErr w:type="spellEnd"/>
      <w:r w:rsidRPr="00161991">
        <w:rPr>
          <w:rFonts w:ascii="Times New Roman" w:hAnsi="Times New Roman" w:cs="Times New Roman"/>
        </w:rPr>
        <w:t xml:space="preserve"> – </w:t>
      </w:r>
      <w:proofErr w:type="spellStart"/>
      <w:r w:rsidRPr="00161991">
        <w:rPr>
          <w:rFonts w:ascii="Times New Roman" w:hAnsi="Times New Roman" w:cs="Times New Roman"/>
        </w:rPr>
        <w:t>ръководител</w:t>
      </w:r>
      <w:proofErr w:type="spellEnd"/>
      <w:r w:rsidRPr="00161991">
        <w:rPr>
          <w:rFonts w:ascii="Times New Roman" w:hAnsi="Times New Roman" w:cs="Times New Roman"/>
        </w:rPr>
        <w:t xml:space="preserve"> </w:t>
      </w:r>
      <w:proofErr w:type="spellStart"/>
      <w:r w:rsidRPr="00161991">
        <w:rPr>
          <w:rFonts w:ascii="Times New Roman" w:hAnsi="Times New Roman" w:cs="Times New Roman"/>
        </w:rPr>
        <w:t>Милена</w:t>
      </w:r>
      <w:proofErr w:type="spellEnd"/>
      <w:r w:rsidRPr="00161991">
        <w:rPr>
          <w:rFonts w:ascii="Times New Roman" w:hAnsi="Times New Roman" w:cs="Times New Roman"/>
        </w:rPr>
        <w:t xml:space="preserve"> </w:t>
      </w:r>
      <w:proofErr w:type="spellStart"/>
      <w:r w:rsidRPr="00161991">
        <w:rPr>
          <w:rFonts w:ascii="Times New Roman" w:hAnsi="Times New Roman" w:cs="Times New Roman"/>
        </w:rPr>
        <w:t>Башова</w:t>
      </w:r>
      <w:proofErr w:type="spellEnd"/>
    </w:p>
    <w:p w14:paraId="2A4D78D1" w14:textId="77777777" w:rsidR="00234A7D" w:rsidRPr="00161991" w:rsidRDefault="00234A7D" w:rsidP="00234A7D">
      <w:pPr>
        <w:spacing w:after="80"/>
        <w:ind w:left="198"/>
        <w:rPr>
          <w:rFonts w:ascii="Times New Roman" w:hAnsi="Times New Roman" w:cs="Times New Roman"/>
        </w:rPr>
      </w:pPr>
      <w:r w:rsidRPr="00161991">
        <w:rPr>
          <w:rFonts w:ascii="Segoe UI Symbol" w:hAnsi="Segoe UI Symbol" w:cs="Segoe UI Symbol"/>
        </w:rPr>
        <w:t>☐</w:t>
      </w:r>
      <w:r w:rsidRPr="00161991">
        <w:rPr>
          <w:rFonts w:ascii="Times New Roman" w:hAnsi="Times New Roman" w:cs="Times New Roman"/>
        </w:rPr>
        <w:t xml:space="preserve"> </w:t>
      </w:r>
      <w:proofErr w:type="spellStart"/>
      <w:r w:rsidRPr="00161991">
        <w:rPr>
          <w:rFonts w:ascii="Times New Roman" w:hAnsi="Times New Roman" w:cs="Times New Roman"/>
        </w:rPr>
        <w:t>Математика</w:t>
      </w:r>
      <w:proofErr w:type="spellEnd"/>
      <w:r w:rsidRPr="00161991">
        <w:rPr>
          <w:rFonts w:ascii="Times New Roman" w:hAnsi="Times New Roman" w:cs="Times New Roman"/>
        </w:rPr>
        <w:t xml:space="preserve">, VII </w:t>
      </w:r>
      <w:proofErr w:type="spellStart"/>
      <w:r w:rsidRPr="00161991">
        <w:rPr>
          <w:rFonts w:ascii="Times New Roman" w:hAnsi="Times New Roman" w:cs="Times New Roman"/>
        </w:rPr>
        <w:t>клас</w:t>
      </w:r>
      <w:proofErr w:type="spellEnd"/>
      <w:r w:rsidRPr="00161991">
        <w:rPr>
          <w:rFonts w:ascii="Times New Roman" w:hAnsi="Times New Roman" w:cs="Times New Roman"/>
        </w:rPr>
        <w:t xml:space="preserve"> – </w:t>
      </w:r>
      <w:proofErr w:type="spellStart"/>
      <w:r w:rsidRPr="00161991">
        <w:rPr>
          <w:rFonts w:ascii="Times New Roman" w:hAnsi="Times New Roman" w:cs="Times New Roman"/>
        </w:rPr>
        <w:t>ръководител</w:t>
      </w:r>
      <w:proofErr w:type="spellEnd"/>
      <w:r w:rsidRPr="00161991">
        <w:rPr>
          <w:rFonts w:ascii="Times New Roman" w:hAnsi="Times New Roman" w:cs="Times New Roman"/>
        </w:rPr>
        <w:t xml:space="preserve"> </w:t>
      </w:r>
      <w:proofErr w:type="spellStart"/>
      <w:r w:rsidRPr="00161991">
        <w:rPr>
          <w:rFonts w:ascii="Times New Roman" w:hAnsi="Times New Roman" w:cs="Times New Roman"/>
        </w:rPr>
        <w:t>Стиляна</w:t>
      </w:r>
      <w:proofErr w:type="spellEnd"/>
      <w:r w:rsidRPr="00161991">
        <w:rPr>
          <w:rFonts w:ascii="Times New Roman" w:hAnsi="Times New Roman" w:cs="Times New Roman"/>
        </w:rPr>
        <w:t xml:space="preserve"> </w:t>
      </w:r>
      <w:proofErr w:type="spellStart"/>
      <w:r w:rsidRPr="00161991">
        <w:rPr>
          <w:rFonts w:ascii="Times New Roman" w:hAnsi="Times New Roman" w:cs="Times New Roman"/>
        </w:rPr>
        <w:t>Димитрова</w:t>
      </w:r>
      <w:proofErr w:type="spellEnd"/>
    </w:p>
    <w:p w14:paraId="7920C496" w14:textId="77777777" w:rsidR="00234A7D" w:rsidRPr="00161991" w:rsidRDefault="00234A7D" w:rsidP="00234A7D">
      <w:pPr>
        <w:spacing w:after="80"/>
        <w:ind w:left="198"/>
        <w:rPr>
          <w:rFonts w:ascii="Times New Roman" w:hAnsi="Times New Roman" w:cs="Times New Roman"/>
        </w:rPr>
      </w:pPr>
      <w:r w:rsidRPr="00161991">
        <w:rPr>
          <w:rFonts w:ascii="Segoe UI Symbol" w:hAnsi="Segoe UI Symbol" w:cs="Segoe UI Symbol"/>
        </w:rPr>
        <w:t>☐</w:t>
      </w:r>
      <w:r w:rsidRPr="00161991">
        <w:rPr>
          <w:rFonts w:ascii="Times New Roman" w:hAnsi="Times New Roman" w:cs="Times New Roman"/>
        </w:rPr>
        <w:t xml:space="preserve"> </w:t>
      </w:r>
      <w:proofErr w:type="spellStart"/>
      <w:r w:rsidRPr="00161991">
        <w:rPr>
          <w:rFonts w:ascii="Times New Roman" w:hAnsi="Times New Roman" w:cs="Times New Roman"/>
        </w:rPr>
        <w:t>Информатика</w:t>
      </w:r>
      <w:proofErr w:type="spellEnd"/>
      <w:r w:rsidRPr="00161991">
        <w:rPr>
          <w:rFonts w:ascii="Times New Roman" w:hAnsi="Times New Roman" w:cs="Times New Roman"/>
        </w:rPr>
        <w:t xml:space="preserve">, V </w:t>
      </w:r>
      <w:proofErr w:type="spellStart"/>
      <w:r w:rsidRPr="00161991">
        <w:rPr>
          <w:rFonts w:ascii="Times New Roman" w:hAnsi="Times New Roman" w:cs="Times New Roman"/>
        </w:rPr>
        <w:t>клас</w:t>
      </w:r>
      <w:proofErr w:type="spellEnd"/>
      <w:r w:rsidRPr="00161991">
        <w:rPr>
          <w:rFonts w:ascii="Times New Roman" w:hAnsi="Times New Roman" w:cs="Times New Roman"/>
        </w:rPr>
        <w:t xml:space="preserve"> – </w:t>
      </w:r>
      <w:proofErr w:type="spellStart"/>
      <w:r w:rsidRPr="00161991">
        <w:rPr>
          <w:rFonts w:ascii="Times New Roman" w:hAnsi="Times New Roman" w:cs="Times New Roman"/>
        </w:rPr>
        <w:t>ръководител</w:t>
      </w:r>
      <w:proofErr w:type="spellEnd"/>
      <w:r w:rsidRPr="00161991">
        <w:rPr>
          <w:rFonts w:ascii="Times New Roman" w:hAnsi="Times New Roman" w:cs="Times New Roman"/>
        </w:rPr>
        <w:t xml:space="preserve"> </w:t>
      </w:r>
      <w:proofErr w:type="spellStart"/>
      <w:r w:rsidRPr="00161991">
        <w:rPr>
          <w:rFonts w:ascii="Times New Roman" w:hAnsi="Times New Roman" w:cs="Times New Roman"/>
        </w:rPr>
        <w:t>Весела</w:t>
      </w:r>
      <w:proofErr w:type="spellEnd"/>
      <w:r w:rsidRPr="00161991">
        <w:rPr>
          <w:rFonts w:ascii="Times New Roman" w:hAnsi="Times New Roman" w:cs="Times New Roman"/>
        </w:rPr>
        <w:t xml:space="preserve"> </w:t>
      </w:r>
      <w:proofErr w:type="spellStart"/>
      <w:r w:rsidRPr="00161991">
        <w:rPr>
          <w:rFonts w:ascii="Times New Roman" w:hAnsi="Times New Roman" w:cs="Times New Roman"/>
        </w:rPr>
        <w:t>Вангелова</w:t>
      </w:r>
      <w:proofErr w:type="spellEnd"/>
    </w:p>
    <w:p w14:paraId="7922A673" w14:textId="77777777" w:rsidR="00234A7D" w:rsidRPr="00161991" w:rsidRDefault="00234A7D" w:rsidP="00234A7D">
      <w:pPr>
        <w:spacing w:after="80"/>
        <w:ind w:left="198"/>
        <w:rPr>
          <w:rFonts w:ascii="Times New Roman" w:hAnsi="Times New Roman" w:cs="Times New Roman"/>
        </w:rPr>
      </w:pPr>
      <w:r w:rsidRPr="00161991">
        <w:rPr>
          <w:rFonts w:ascii="Segoe UI Symbol" w:hAnsi="Segoe UI Symbol" w:cs="Segoe UI Symbol"/>
        </w:rPr>
        <w:t>☐</w:t>
      </w:r>
      <w:r w:rsidRPr="00161991">
        <w:rPr>
          <w:rFonts w:ascii="Times New Roman" w:hAnsi="Times New Roman" w:cs="Times New Roman"/>
        </w:rPr>
        <w:t xml:space="preserve"> </w:t>
      </w:r>
      <w:proofErr w:type="spellStart"/>
      <w:r w:rsidRPr="00161991">
        <w:rPr>
          <w:rFonts w:ascii="Times New Roman" w:hAnsi="Times New Roman" w:cs="Times New Roman"/>
        </w:rPr>
        <w:t>Информатика</w:t>
      </w:r>
      <w:proofErr w:type="spellEnd"/>
      <w:r w:rsidRPr="00161991">
        <w:rPr>
          <w:rFonts w:ascii="Times New Roman" w:hAnsi="Times New Roman" w:cs="Times New Roman"/>
        </w:rPr>
        <w:t xml:space="preserve">, V </w:t>
      </w:r>
      <w:proofErr w:type="spellStart"/>
      <w:r w:rsidRPr="00161991">
        <w:rPr>
          <w:rFonts w:ascii="Times New Roman" w:hAnsi="Times New Roman" w:cs="Times New Roman"/>
        </w:rPr>
        <w:t>клас</w:t>
      </w:r>
      <w:proofErr w:type="spellEnd"/>
      <w:r w:rsidRPr="00161991">
        <w:rPr>
          <w:rFonts w:ascii="Times New Roman" w:hAnsi="Times New Roman" w:cs="Times New Roman"/>
        </w:rPr>
        <w:t xml:space="preserve"> – </w:t>
      </w:r>
      <w:proofErr w:type="spellStart"/>
      <w:r w:rsidRPr="00161991">
        <w:rPr>
          <w:rFonts w:ascii="Times New Roman" w:hAnsi="Times New Roman" w:cs="Times New Roman"/>
        </w:rPr>
        <w:t>ръководител</w:t>
      </w:r>
      <w:proofErr w:type="spellEnd"/>
      <w:r w:rsidRPr="00161991">
        <w:rPr>
          <w:rFonts w:ascii="Times New Roman" w:hAnsi="Times New Roman" w:cs="Times New Roman"/>
        </w:rPr>
        <w:t xml:space="preserve"> </w:t>
      </w:r>
      <w:proofErr w:type="spellStart"/>
      <w:r w:rsidRPr="00161991">
        <w:rPr>
          <w:rFonts w:ascii="Times New Roman" w:hAnsi="Times New Roman" w:cs="Times New Roman"/>
        </w:rPr>
        <w:t>Нина</w:t>
      </w:r>
      <w:proofErr w:type="spellEnd"/>
      <w:r w:rsidRPr="00161991">
        <w:rPr>
          <w:rFonts w:ascii="Times New Roman" w:hAnsi="Times New Roman" w:cs="Times New Roman"/>
        </w:rPr>
        <w:t xml:space="preserve"> </w:t>
      </w:r>
      <w:proofErr w:type="spellStart"/>
      <w:r w:rsidRPr="00161991">
        <w:rPr>
          <w:rFonts w:ascii="Times New Roman" w:hAnsi="Times New Roman" w:cs="Times New Roman"/>
        </w:rPr>
        <w:t>Илиева</w:t>
      </w:r>
      <w:proofErr w:type="spellEnd"/>
    </w:p>
    <w:p w14:paraId="1538D174" w14:textId="33F5C91B" w:rsidR="00CC0700" w:rsidRPr="004B7BDC" w:rsidRDefault="00CC5206" w:rsidP="00DE4297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proofErr w:type="spellStart"/>
      <w:r w:rsidRPr="004B7BDC">
        <w:rPr>
          <w:rFonts w:ascii="Times New Roman" w:hAnsi="Times New Roman" w:cs="Times New Roman"/>
          <w:b/>
          <w:sz w:val="24"/>
          <w:szCs w:val="24"/>
        </w:rPr>
        <w:t>Прил</w:t>
      </w:r>
      <w:r w:rsidR="00294582">
        <w:rPr>
          <w:rFonts w:ascii="Times New Roman" w:hAnsi="Times New Roman" w:cs="Times New Roman"/>
          <w:b/>
          <w:sz w:val="24"/>
          <w:szCs w:val="24"/>
          <w:lang w:val="bg-BG"/>
        </w:rPr>
        <w:t>агам</w:t>
      </w:r>
      <w:proofErr w:type="spellEnd"/>
      <w:r w:rsidRPr="004B7BDC">
        <w:rPr>
          <w:rFonts w:ascii="Times New Roman" w:hAnsi="Times New Roman" w:cs="Times New Roman"/>
          <w:b/>
          <w:sz w:val="24"/>
          <w:szCs w:val="24"/>
        </w:rPr>
        <w:t>:</w:t>
      </w:r>
    </w:p>
    <w:p w14:paraId="3FC806D0" w14:textId="3E55D375" w:rsidR="00CC0700" w:rsidRPr="00234A7D" w:rsidRDefault="00CC5206" w:rsidP="00234A7D">
      <w:pPr>
        <w:pStyle w:val="ae"/>
        <w:numPr>
          <w:ilvl w:val="0"/>
          <w:numId w:val="10"/>
        </w:numPr>
        <w:spacing w:after="60"/>
        <w:rPr>
          <w:rFonts w:ascii="Times New Roman" w:hAnsi="Times New Roman" w:cs="Times New Roman"/>
          <w:sz w:val="24"/>
          <w:szCs w:val="24"/>
        </w:rPr>
      </w:pPr>
      <w:proofErr w:type="spellStart"/>
      <w:r w:rsidRPr="00234A7D">
        <w:rPr>
          <w:rFonts w:ascii="Times New Roman" w:hAnsi="Times New Roman" w:cs="Times New Roman"/>
          <w:sz w:val="24"/>
          <w:szCs w:val="24"/>
        </w:rPr>
        <w:t>Удостоверение</w:t>
      </w:r>
      <w:proofErr w:type="spellEnd"/>
      <w:r w:rsidRPr="00234A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A7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234A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A7D">
        <w:rPr>
          <w:rFonts w:ascii="Times New Roman" w:hAnsi="Times New Roman" w:cs="Times New Roman"/>
          <w:sz w:val="24"/>
          <w:szCs w:val="24"/>
        </w:rPr>
        <w:t>завършен</w:t>
      </w:r>
      <w:proofErr w:type="spellEnd"/>
      <w:r w:rsidRPr="00234A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A7D">
        <w:rPr>
          <w:rFonts w:ascii="Times New Roman" w:hAnsi="Times New Roman" w:cs="Times New Roman"/>
          <w:sz w:val="24"/>
          <w:szCs w:val="24"/>
        </w:rPr>
        <w:t>начален</w:t>
      </w:r>
      <w:proofErr w:type="spellEnd"/>
      <w:r w:rsidRPr="00234A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A7D">
        <w:rPr>
          <w:rFonts w:ascii="Times New Roman" w:hAnsi="Times New Roman" w:cs="Times New Roman"/>
          <w:sz w:val="24"/>
          <w:szCs w:val="24"/>
        </w:rPr>
        <w:t>етап</w:t>
      </w:r>
      <w:proofErr w:type="spellEnd"/>
      <w:r w:rsidRPr="00234A7D">
        <w:rPr>
          <w:rFonts w:ascii="Times New Roman" w:hAnsi="Times New Roman" w:cs="Times New Roman"/>
          <w:sz w:val="24"/>
          <w:szCs w:val="24"/>
        </w:rPr>
        <w:t>.</w:t>
      </w:r>
    </w:p>
    <w:p w14:paraId="3D92EB1E" w14:textId="23344C58" w:rsidR="00234A7D" w:rsidRPr="00234A7D" w:rsidRDefault="00C761EF" w:rsidP="00234A7D">
      <w:pPr>
        <w:pStyle w:val="ae"/>
        <w:numPr>
          <w:ilvl w:val="0"/>
          <w:numId w:val="10"/>
        </w:numPr>
        <w:spacing w:after="60"/>
        <w:rPr>
          <w:rFonts w:ascii="Times New Roman" w:hAnsi="Times New Roman" w:cs="Times New Roman"/>
          <w:sz w:val="24"/>
          <w:szCs w:val="24"/>
        </w:rPr>
      </w:pPr>
      <w:proofErr w:type="spellStart"/>
      <w:r w:rsidRPr="00C761EF">
        <w:rPr>
          <w:rFonts w:ascii="Times New Roman" w:hAnsi="Times New Roman" w:cs="Times New Roman"/>
          <w:sz w:val="24"/>
          <w:szCs w:val="24"/>
        </w:rPr>
        <w:t>Справка</w:t>
      </w:r>
      <w:proofErr w:type="spellEnd"/>
      <w:r w:rsidRPr="00C761E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761EF">
        <w:rPr>
          <w:rFonts w:ascii="Times New Roman" w:hAnsi="Times New Roman" w:cs="Times New Roman"/>
          <w:sz w:val="24"/>
          <w:szCs w:val="24"/>
        </w:rPr>
        <w:t>ученическа</w:t>
      </w:r>
      <w:proofErr w:type="spellEnd"/>
      <w:r w:rsidRPr="00C76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EF">
        <w:rPr>
          <w:rFonts w:ascii="Times New Roman" w:hAnsi="Times New Roman" w:cs="Times New Roman"/>
          <w:sz w:val="24"/>
          <w:szCs w:val="24"/>
        </w:rPr>
        <w:t>книжка</w:t>
      </w:r>
      <w:proofErr w:type="spellEnd"/>
      <w:r w:rsidRPr="00C76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EF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C76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EF">
        <w:rPr>
          <w:rFonts w:ascii="Times New Roman" w:hAnsi="Times New Roman" w:cs="Times New Roman"/>
          <w:sz w:val="24"/>
          <w:szCs w:val="24"/>
        </w:rPr>
        <w:t>друг</w:t>
      </w:r>
      <w:proofErr w:type="spellEnd"/>
      <w:r w:rsidRPr="00C76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EF">
        <w:rPr>
          <w:rFonts w:ascii="Times New Roman" w:hAnsi="Times New Roman" w:cs="Times New Roman"/>
          <w:sz w:val="24"/>
          <w:szCs w:val="24"/>
        </w:rPr>
        <w:t>училищен</w:t>
      </w:r>
      <w:proofErr w:type="spellEnd"/>
      <w:r w:rsidRPr="00C76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EF">
        <w:rPr>
          <w:rFonts w:ascii="Times New Roman" w:hAnsi="Times New Roman" w:cs="Times New Roman"/>
          <w:sz w:val="24"/>
          <w:szCs w:val="24"/>
        </w:rPr>
        <w:t>документ</w:t>
      </w:r>
      <w:proofErr w:type="spellEnd"/>
      <w:r w:rsidR="00234A7D" w:rsidRPr="00C761EF">
        <w:rPr>
          <w:rFonts w:ascii="Times New Roman" w:hAnsi="Times New Roman" w:cs="Times New Roman"/>
          <w:sz w:val="24"/>
          <w:szCs w:val="24"/>
        </w:rPr>
        <w:t xml:space="preserve"> </w:t>
      </w:r>
      <w:r w:rsidR="00234A7D">
        <w:rPr>
          <w:rFonts w:ascii="Times New Roman" w:hAnsi="Times New Roman" w:cs="Times New Roman"/>
          <w:sz w:val="24"/>
          <w:szCs w:val="24"/>
          <w:lang w:val="bg-BG"/>
        </w:rPr>
        <w:t xml:space="preserve">с оценките по математика за </w:t>
      </w:r>
      <w:r w:rsidR="00234A7D">
        <w:rPr>
          <w:rFonts w:ascii="Times New Roman" w:hAnsi="Times New Roman" w:cs="Times New Roman"/>
          <w:sz w:val="24"/>
          <w:szCs w:val="24"/>
        </w:rPr>
        <w:t xml:space="preserve">V </w:t>
      </w:r>
      <w:r w:rsidR="00234A7D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234A7D">
        <w:rPr>
          <w:rFonts w:ascii="Times New Roman" w:hAnsi="Times New Roman" w:cs="Times New Roman"/>
          <w:sz w:val="24"/>
          <w:szCs w:val="24"/>
        </w:rPr>
        <w:t xml:space="preserve"> VI </w:t>
      </w:r>
      <w:r w:rsidR="00234A7D">
        <w:rPr>
          <w:rFonts w:ascii="Times New Roman" w:hAnsi="Times New Roman" w:cs="Times New Roman"/>
          <w:sz w:val="24"/>
          <w:szCs w:val="24"/>
          <w:lang w:val="bg-BG"/>
        </w:rPr>
        <w:t xml:space="preserve">клас (само за учениците от </w:t>
      </w:r>
      <w:r w:rsidR="00234A7D">
        <w:rPr>
          <w:rFonts w:ascii="Times New Roman" w:hAnsi="Times New Roman" w:cs="Times New Roman"/>
          <w:sz w:val="24"/>
          <w:szCs w:val="24"/>
        </w:rPr>
        <w:t xml:space="preserve">VII </w:t>
      </w:r>
      <w:r w:rsidR="00234A7D">
        <w:rPr>
          <w:rFonts w:ascii="Times New Roman" w:hAnsi="Times New Roman" w:cs="Times New Roman"/>
          <w:sz w:val="24"/>
          <w:szCs w:val="24"/>
          <w:lang w:val="bg-BG"/>
        </w:rPr>
        <w:t>клас)</w:t>
      </w:r>
    </w:p>
    <w:p w14:paraId="3D166ACE" w14:textId="6F229A62" w:rsidR="00CC0700" w:rsidRDefault="00CC5206" w:rsidP="00234A7D">
      <w:pPr>
        <w:pStyle w:val="ae"/>
        <w:numPr>
          <w:ilvl w:val="0"/>
          <w:numId w:val="10"/>
        </w:numPr>
        <w:spacing w:after="60"/>
        <w:rPr>
          <w:rFonts w:ascii="Times New Roman" w:hAnsi="Times New Roman" w:cs="Times New Roman"/>
          <w:sz w:val="24"/>
          <w:szCs w:val="24"/>
        </w:rPr>
      </w:pPr>
      <w:proofErr w:type="spellStart"/>
      <w:r w:rsidRPr="00234A7D">
        <w:rPr>
          <w:rFonts w:ascii="Times New Roman" w:hAnsi="Times New Roman" w:cs="Times New Roman"/>
          <w:sz w:val="24"/>
          <w:szCs w:val="24"/>
        </w:rPr>
        <w:t>Декларация</w:t>
      </w:r>
      <w:proofErr w:type="spellEnd"/>
    </w:p>
    <w:p w14:paraId="1D8986AF" w14:textId="45162A3F" w:rsidR="00C37B78" w:rsidRDefault="00C37B78" w:rsidP="00C37B78">
      <w:pPr>
        <w:spacing w:after="60"/>
        <w:rPr>
          <w:rFonts w:ascii="Times New Roman" w:hAnsi="Times New Roman" w:cs="Times New Roman"/>
          <w:sz w:val="24"/>
          <w:szCs w:val="24"/>
        </w:rPr>
      </w:pPr>
    </w:p>
    <w:p w14:paraId="05BA9319" w14:textId="77777777" w:rsidR="00C37B78" w:rsidRPr="004B7BDC" w:rsidRDefault="00C37B78" w:rsidP="00C37B7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Дата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: ............................. г.                    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Подпис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родителя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настойника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>: .............................</w:t>
      </w:r>
    </w:p>
    <w:p w14:paraId="7E5F8F7F" w14:textId="3310E875" w:rsidR="00C37B78" w:rsidRDefault="00C37B78" w:rsidP="00C37B78">
      <w:pPr>
        <w:spacing w:after="60"/>
        <w:rPr>
          <w:rFonts w:ascii="Times New Roman" w:hAnsi="Times New Roman" w:cs="Times New Roman"/>
          <w:sz w:val="24"/>
          <w:szCs w:val="24"/>
        </w:rPr>
      </w:pPr>
    </w:p>
    <w:p w14:paraId="022B2CF7" w14:textId="77777777" w:rsidR="00DE4297" w:rsidRDefault="00DE4297" w:rsidP="002945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0C441E" w14:textId="24C70583" w:rsidR="00CC0700" w:rsidRPr="004B7BDC" w:rsidRDefault="00CC5206" w:rsidP="00294582">
      <w:pPr>
        <w:jc w:val="center"/>
        <w:rPr>
          <w:rFonts w:ascii="Times New Roman" w:hAnsi="Times New Roman" w:cs="Times New Roman"/>
          <w:sz w:val="24"/>
          <w:szCs w:val="24"/>
        </w:rPr>
      </w:pPr>
      <w:r w:rsidRPr="004B7BDC">
        <w:rPr>
          <w:rFonts w:ascii="Times New Roman" w:hAnsi="Times New Roman" w:cs="Times New Roman"/>
          <w:b/>
          <w:sz w:val="24"/>
          <w:szCs w:val="24"/>
        </w:rPr>
        <w:t>ДЕКЛАРАЦИЯ</w:t>
      </w:r>
    </w:p>
    <w:p w14:paraId="119E003A" w14:textId="4EBAF600" w:rsidR="00CC0700" w:rsidRPr="004B7BDC" w:rsidRDefault="00CC5206" w:rsidP="00CF45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7BDC">
        <w:rPr>
          <w:rFonts w:ascii="Times New Roman" w:hAnsi="Times New Roman" w:cs="Times New Roman"/>
          <w:sz w:val="24"/>
          <w:szCs w:val="24"/>
        </w:rPr>
        <w:t xml:space="preserve">Декларирам, че детето ми не е включено в школа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група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Национална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Ученически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олимпиади</w:t>
      </w:r>
      <w:proofErr w:type="spellEnd"/>
      <w:r w:rsidR="00ED5D2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B7BDC">
        <w:rPr>
          <w:rFonts w:ascii="Times New Roman" w:hAnsi="Times New Roman" w:cs="Times New Roman"/>
          <w:sz w:val="24"/>
          <w:szCs w:val="24"/>
        </w:rPr>
        <w:t>и</w:t>
      </w:r>
      <w:r w:rsidR="00ED5D2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proofErr w:type="gramStart"/>
      <w:r w:rsidRPr="004B7BDC">
        <w:rPr>
          <w:rFonts w:ascii="Times New Roman" w:hAnsi="Times New Roman" w:cs="Times New Roman"/>
          <w:sz w:val="24"/>
          <w:szCs w:val="24"/>
        </w:rPr>
        <w:t>състезания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>“</w:t>
      </w:r>
      <w:r w:rsidR="00D261D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по</w:t>
      </w:r>
      <w:proofErr w:type="spellEnd"/>
      <w:proofErr w:type="gramEnd"/>
      <w:r w:rsidRPr="004B7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същия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предмет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>, за който кандидатства по Национална програма „Бъдеще за таланти“.</w:t>
      </w:r>
    </w:p>
    <w:p w14:paraId="757B75ED" w14:textId="4E9A2E99" w:rsidR="00CC0700" w:rsidRDefault="00D261D8" w:rsidP="00D261D8">
      <w:pPr>
        <w:spacing w:before="60" w:after="6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D261D8">
        <w:rPr>
          <w:rFonts w:ascii="Times New Roman" w:eastAsia="Times New Roman" w:hAnsi="Times New Roman" w:cs="Times New Roman"/>
          <w:sz w:val="24"/>
          <w:szCs w:val="24"/>
        </w:rPr>
        <w:t xml:space="preserve">Известно ми е, че подаването на заявление не гарантира участие в школата и че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у</w:t>
      </w:r>
      <w:r w:rsidRPr="00D261D8">
        <w:rPr>
          <w:rFonts w:ascii="Times New Roman" w:eastAsia="Times New Roman" w:hAnsi="Times New Roman" w:cs="Times New Roman"/>
          <w:sz w:val="24"/>
          <w:szCs w:val="24"/>
        </w:rPr>
        <w:t>частниците се определят след подбор.</w:t>
      </w:r>
    </w:p>
    <w:p w14:paraId="3E38CA45" w14:textId="0301B6B9" w:rsidR="00CF4586" w:rsidRDefault="00CF4586" w:rsidP="00CF4586">
      <w:pPr>
        <w:pStyle w:val="affa"/>
        <w:spacing w:after="0" w:afterAutospacing="0"/>
        <w:jc w:val="both"/>
      </w:pPr>
      <w:r>
        <w:t>Давам съгласието си ППМГ „Акад. Никола Обрешков“ – Бургас да обработва предоставените лични данни за мен и моето дете единствено за целите на подбора за участие в посочената школа. Мога да оттегля съгласието си по всяко време чрез уведомяване на училището, без това да засяга законосъобразността на обработването преди оттеглянето.</w:t>
      </w:r>
    </w:p>
    <w:p w14:paraId="2996115E" w14:textId="43FE7167" w:rsidR="00234A7D" w:rsidRDefault="00234A7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514D45" w14:textId="77777777" w:rsidR="00D261D8" w:rsidRDefault="00D261D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680288" w14:textId="46AC578E" w:rsidR="00CC0700" w:rsidRPr="004B7BDC" w:rsidRDefault="00CC520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Дата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>: ............................. г.                     Подпис на родителя/настойника: .............................</w:t>
      </w:r>
    </w:p>
    <w:sectPr w:rsidR="00CC0700" w:rsidRPr="004B7BDC" w:rsidSect="00CF4586">
      <w:pgSz w:w="11906" w:h="16838"/>
      <w:pgMar w:top="567" w:right="1134" w:bottom="28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D9D34E4"/>
    <w:multiLevelType w:val="hybridMultilevel"/>
    <w:tmpl w:val="22EAC414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34A7D"/>
    <w:rsid w:val="00294582"/>
    <w:rsid w:val="0029639D"/>
    <w:rsid w:val="003109BF"/>
    <w:rsid w:val="00326F90"/>
    <w:rsid w:val="003E524F"/>
    <w:rsid w:val="004B7BDC"/>
    <w:rsid w:val="00676535"/>
    <w:rsid w:val="008E758B"/>
    <w:rsid w:val="008F697E"/>
    <w:rsid w:val="00AA1D8D"/>
    <w:rsid w:val="00B47730"/>
    <w:rsid w:val="00C37B78"/>
    <w:rsid w:val="00C761EF"/>
    <w:rsid w:val="00CB0664"/>
    <w:rsid w:val="00CC0700"/>
    <w:rsid w:val="00CC5206"/>
    <w:rsid w:val="00CF4586"/>
    <w:rsid w:val="00D261D8"/>
    <w:rsid w:val="00DB26EC"/>
    <w:rsid w:val="00DE4297"/>
    <w:rsid w:val="00ED5D2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B6011D"/>
  <w14:defaultImageDpi w14:val="300"/>
  <w15:docId w15:val="{ADD3F1B2-07DB-4CC4-9417-EA911973F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00" w:line="264" w:lineRule="auto"/>
    </w:pPr>
    <w:rPr>
      <w:rFonts w:ascii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0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Normal (Web)"/>
    <w:basedOn w:val="a1"/>
    <w:uiPriority w:val="99"/>
    <w:semiHidden/>
    <w:unhideWhenUsed/>
    <w:rsid w:val="00CF4586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0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A3E48F9-AF45-4FB3-951B-C066A174E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Соня С. Димова</cp:lastModifiedBy>
  <cp:revision>2</cp:revision>
  <cp:lastPrinted>2026-09-30T08:22:00Z</cp:lastPrinted>
  <dcterms:created xsi:type="dcterms:W3CDTF">2026-09-30T20:21:00Z</dcterms:created>
  <dcterms:modified xsi:type="dcterms:W3CDTF">2026-09-30T20:21:00Z</dcterms:modified>
  <cp:category/>
</cp:coreProperties>
</file>